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98"/>
        <w:gridCol w:w="3119"/>
      </w:tblGrid>
      <w:tr>
        <w:tc>
          <w:tcPr>
            <w:tcW w:type="dxa" w:w="7198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left"/>
            </w:pPr>
            <w:r>
              <w:rPr>
                <w:rFonts w:ascii="Calibri" w:hAnsi="Calibri" w:cs="Calibri" w:eastAsia="Calibri"/>
                <w:b/>
                <w:color w:val="2F4071"/>
                <w:sz w:val="36"/>
              </w:rPr>
              <w:t>Měsíční docházkový list</w:t>
            </w:r>
          </w:p>
        </w:tc>
        <w:tc>
          <w:tcPr>
            <w:tcW w:type="dxa" w:w="3119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bottom"/>
          </w:tcPr>
          <w:p>
            <w:pPr>
              <w:jc w:val="right"/>
            </w:pPr>
            <w:r>
              <w:rPr>
                <w:rFonts w:ascii="Calibri" w:hAnsi="Calibri" w:cs="Calibri" w:eastAsia="Calibri"/>
                <w:b w:val="0"/>
                <w:color w:val="98A2B3"/>
                <w:sz w:val="20"/>
              </w:rPr>
              <w:t>Měsíc / Rok  ________________</w:t>
            </w:r>
          </w:p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  <w:tblCellMar>
          <w:top w:w="0" w:type="dxa"/>
          <w:bottom w:w="0" w:type="dxa"/>
          <w:start w:w="0" w:type="dxa"/>
          <w:end w:w="0" w:type="dxa"/>
          <w:left w:w="0" w:type="dxa"/>
          <w:right w:w="0" w:type="dxa"/>
        </w:tblCellMar>
      </w:tblPr>
      <w:tblGrid>
        <w:gridCol w:w="4866"/>
        <w:gridCol w:w="584"/>
        <w:gridCol w:w="4866"/>
      </w:tblGrid>
      <w:tr>
        <w:trPr>
          <w:trHeight w:val="238" w:hRule="exact"/>
        </w:trPr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Zaměstnanec</w:t>
            </w:r>
          </w:p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vAlign w:val="center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Firma / pracoviště</w:t>
            </w:r>
          </w:p>
        </w:tc>
      </w:tr>
      <w:tr>
        <w:trPr>
          <w:trHeight w:val="340" w:hRule="exact"/>
        </w:trPr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  <w:tc>
          <w:tcPr>
            <w:tcW w:type="dxa" w:w="584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867"/>
            <w:tcBorders>
              <w:top w:val="nil"/>
              <w:start w:val="nil"/>
              <w:left w:val="nil"/>
              <w:bottom w:val="single" w:sz="6" w:color="AAB4C8"/>
              <w:end w:val="nil"/>
              <w:right w:val="nil"/>
            </w:tcBorders>
          </w:tcPr>
          <w:p/>
        </w:tc>
      </w:tr>
    </w:tbl>
    <w:p>
      <w:pPr>
        <w:spacing w:before="8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715"/>
        <w:gridCol w:w="817"/>
        <w:gridCol w:w="1123"/>
        <w:gridCol w:w="1736"/>
        <w:gridCol w:w="1123"/>
        <w:gridCol w:w="1736"/>
        <w:gridCol w:w="817"/>
        <w:gridCol w:w="817"/>
        <w:gridCol w:w="1430"/>
      </w:tblGrid>
      <w:tr>
        <w:trPr>
          <w:trHeight w:val="510" w:hRule="exact"/>
        </w:trPr>
        <w:tc>
          <w:tcPr>
            <w:tcW w:type="dxa" w:w="715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Datum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Den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Příchod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Podpis</w:t>
            </w:r>
          </w:p>
        </w:tc>
        <w:tc>
          <w:tcPr>
            <w:tcW w:type="dxa" w:w="1124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Odchod</w:t>
            </w:r>
          </w:p>
        </w:tc>
        <w:tc>
          <w:tcPr>
            <w:tcW w:type="dxa" w:w="173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Podpis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Přestávka (min)</w:t>
            </w:r>
          </w:p>
        </w:tc>
        <w:tc>
          <w:tcPr>
            <w:tcW w:type="dxa" w:w="817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Hodiny</w:t>
            </w:r>
          </w:p>
        </w:tc>
        <w:tc>
          <w:tcPr>
            <w:tcW w:type="dxa" w:w="1430"/>
            <w:shd w:val="clear" w:color="auto" w:fill="2F4071"/>
            <w:tcBorders>
              <w:top w:val="single" w:sz="4" w:color="2F4071"/>
              <w:start w:val="single" w:sz="4" w:color="2F4071"/>
              <w:left w:val="single" w:sz="4" w:color="2F4071"/>
              <w:bottom w:val="single" w:sz="4" w:color="2F4071"/>
              <w:end w:val="single" w:sz="4" w:color="4A5A8A"/>
              <w:right w:val="single" w:sz="4" w:color="4A5A8A"/>
            </w:tcBorders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FFFFFF"/>
                <w:sz w:val="15"/>
              </w:rPr>
              <w:t>Poznámky</w:t>
            </w:r>
          </w:p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19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22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23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24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25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26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27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28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29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30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351" w:hRule="exact"/>
        </w:trPr>
        <w:tc>
          <w:tcPr>
            <w:tcW w:type="dxa" w:w="715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  <w:vAlign w:val="center"/>
          </w:tcPr>
          <w:p>
            <w:pPr>
              <w:jc w:val="center"/>
            </w:pPr>
            <w:r>
              <w:rPr>
                <w:rFonts w:ascii="Calibri" w:hAnsi="Calibri" w:cs="Calibri" w:eastAsia="Calibri"/>
                <w:b/>
                <w:color w:val="1B2238"/>
                <w:sz w:val="18"/>
              </w:rPr>
              <w:t>31</w:t>
            </w:r>
          </w:p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124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173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  <w:tc>
          <w:tcPr>
            <w:tcW w:type="dxa" w:w="817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shd w:val="clear" w:color="auto" w:fill="F6F7FB"/>
            <w:vAlign w:val="center"/>
          </w:tcPr>
          <w:p/>
        </w:tc>
        <w:tc>
          <w:tcPr>
            <w:tcW w:type="dxa" w:w="1430"/>
            <w:tcBorders>
              <w:top w:val="single" w:sz="4" w:color="D2D8E3"/>
              <w:start w:val="single" w:sz="4" w:color="D2D8E3"/>
              <w:left w:val="single" w:sz="4" w:color="D2D8E3"/>
              <w:bottom w:val="single" w:sz="4" w:color="D2D8E3"/>
              <w:end w:val="single" w:sz="4" w:color="D2D8E3"/>
              <w:right w:val="single" w:sz="4" w:color="D2D8E3"/>
            </w:tcBorders>
            <w:vAlign w:val="center"/>
          </w:tcPr>
          <w:p/>
        </w:tc>
      </w:tr>
      <w:tr>
        <w:trPr>
          <w:trHeight w:val="454" w:hRule="exact"/>
        </w:trPr>
        <w:tc>
          <w:tcPr>
            <w:tcW w:type="dxa" w:w="8071"/>
            <w:gridSpan w:val="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  <w:vAlign w:val="center"/>
          </w:tcPr>
          <w:p>
            <w:pPr>
              <w:jc w:val="right"/>
            </w:pPr>
            <w:r>
              <w:rPr>
                <w:rFonts w:ascii="Calibri" w:hAnsi="Calibri" w:cs="Calibri" w:eastAsia="Calibri"/>
                <w:b/>
                <w:color w:val="2F4071"/>
                <w:sz w:val="19"/>
              </w:rPr>
              <w:t>Hodiny celkem</w:t>
            </w:r>
          </w:p>
        </w:tc>
        <w:tc>
          <w:tcPr>
            <w:tcW w:type="dxa" w:w="817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  <w:tc>
          <w:tcPr>
            <w:tcW w:type="dxa" w:w="1430"/>
            <w:shd w:val="clear" w:color="auto" w:fill="EEF1F8"/>
            <w:tcBorders>
              <w:top w:val="single" w:sz="12" w:color="2F4071"/>
              <w:start w:val="nil"/>
              <w:left w:val="nil"/>
              <w:bottom w:val="single" w:sz="4" w:color="D2D8E3"/>
              <w:end w:val="nil"/>
              <w:right w:val="nil"/>
            </w:tcBorders>
          </w:tcPr>
          <w:p/>
        </w:tc>
      </w:tr>
    </w:tbl>
    <w:p>
      <w:pPr>
        <w:spacing w:before="160"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  <w:tblCellMar>
          <w:top w:w="0" w:type="dxa"/>
          <w:bottom w:w="0" w:type="dxa"/>
          <w:start w:w="60" w:type="dxa"/>
          <w:end w:w="60" w:type="dxa"/>
          <w:left w:w="60" w:type="dxa"/>
          <w:right w:w="60" w:type="dxa"/>
        </w:tblCellMar>
      </w:tblPr>
      <w:tblGrid>
        <w:gridCol w:w="4585"/>
        <w:gridCol w:w="1146"/>
        <w:gridCol w:w="4585"/>
      </w:tblGrid>
      <w:tr>
        <w:trPr>
          <w:trHeight w:val="510" w:hRule="exact"/>
        </w:trP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tcBorders>
              <w:top w:val="nil"/>
              <w:start w:val="nil"/>
              <w:left w:val="nil"/>
              <w:bottom w:val="single" w:sz="6" w:color="1B2238"/>
              <w:end w:val="nil"/>
              <w:right w:val="nil"/>
            </w:tcBorders>
          </w:tcPr>
          <w:p/>
        </w:tc>
      </w:tr>
      <w:tr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Podpis zaměstnance a datum</w:t>
            </w:r>
          </w:p>
        </w:tc>
        <w:tc>
          <w:tcPr>
            <w:tcW w:type="dxa" w:w="114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</w:tcPr>
          <w:p/>
        </w:tc>
        <w:tc>
          <w:tcPr>
            <w:tcW w:type="dxa" w:w="4586"/>
            <w:tcBorders>
              <w:top w:val="nil"/>
              <w:start w:val="nil"/>
              <w:left w:val="nil"/>
              <w:bottom w:val="nil"/>
              <w:end w:val="nil"/>
              <w:right w:val="nil"/>
            </w:tcBorders>
            <w:vAlign w:val="center"/>
            <w:vAlign w:val="top"/>
          </w:tcPr>
          <w:p>
            <w:pPr>
              <w:jc w:val="left"/>
            </w:pPr>
            <w:r>
              <w:rPr>
                <w:rFonts w:ascii="Calibri" w:hAnsi="Calibri" w:cs="Calibri" w:eastAsia="Calibri"/>
                <w:b w:val="0"/>
                <w:color w:val="667085"/>
                <w:sz w:val="15"/>
              </w:rPr>
              <w:t>Podpis zaměstnavatele a datum</w:t>
            </w:r>
          </w:p>
        </w:tc>
      </w:tr>
    </w:tbl>
    <w:p>
      <w:pPr>
        <w:spacing w:before="160" w:after="0"/>
      </w:pPr>
      <w:hyperlink r:id="rId9">
        <w:r>
          <w:rPr>
            <w:rFonts w:ascii="Calibri" w:hAnsi="Calibri" w:cs="Calibri" w:eastAsia="Calibri"/>
            <w:b w:val="0"/>
            <w:color w:val="98A2B3"/>
            <w:sz w:val="14"/>
          </w:rPr>
          <w:t>Šablona zdarma od EasyHours · easyhours.cz – docházku zaznamenáte telefonem nebo sdíleným tabletem místo na papíře.</w:t>
        </w:r>
      </w:hyperlink>
    </w:p>
    <w:sectPr w:rsidR="00FC693F" w:rsidRPr="0006063C" w:rsidSect="00034616">
      <w:pgSz w:w="11906" w:h="16838"/>
      <w:pgMar w:top="680" w:right="794" w:bottom="624" w:left="794" w:header="340" w:footer="34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Calibri" w:hAnsi="Calibri" w:cs="Calibri" w:eastAsia="Calibri"/>
      <w:color w:val="1B2238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easyhours.cz/?utm_source=template&amp;utm_medium=docx&amp;utm_campaign=monthly-attendance-she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EasyHours</dc:creator>
  <cp:keywords>https://easyhours.cz/</cp:keywords>
  <dc:description>generated by python-docx</dc:description>
  <cp:lastModifiedBy>EasyHours</cp:lastModifiedBy>
  <cp:revision>1</cp:revision>
  <dcterms:created xsi:type="dcterms:W3CDTF">2013-12-23T23:15:00Z</dcterms:created>
  <dcterms:modified xsi:type="dcterms:W3CDTF">2013-12-23T23:15:00Z</dcterms:modified>
  <cp:category/>
</cp:coreProperties>
</file>